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1: Reading the Land - How Syilx Art Tells a Story of Place</w:t>
      </w:r>
    </w:p>
    <w:p>
      <w:pPr>
        <w:spacing w:after="200"/>
        <w:jc w:val="center"/>
      </w:pPr>
      <w:r>
        <w:rPr>
          <w:b w:val="0"/>
          <w:i/>
          <w:sz w:val="20"/>
        </w:rPr>
        <w:t>5/6 Arts Education  -  Story of Place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Whose traditional territory is our school on? Name one First Peoples nation.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way Syilx artists show their connection to the land.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Why do we create our own symbols instead of copying Syilx or sacred designs?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explain how art can tell a story of place.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